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</w:rPr>
        <w:t>[ŞEHİR] CUMHURİYET BAŞSAVCILIĞINA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1928"/>
          </w:tcPr>
          <w:p>
            <w:pPr>
              <w:spacing w:after="160"/>
            </w:pPr>
            <w:r>
              <w:rPr>
                <w:b/>
              </w:rPr>
              <w:t>ŞİKÂYETÇİ</w:t>
            </w:r>
          </w:p>
        </w:tc>
        <w:tc>
          <w:tcPr>
            <w:tcW w:type="dxa" w:w="283"/>
          </w:tcPr>
          <w:p>
            <w:pPr>
              <w:spacing w:after="160"/>
            </w:pPr>
            <w:r>
              <w:rPr>
                <w:b/>
              </w:rPr>
              <w:t>:</w:t>
            </w:r>
          </w:p>
        </w:tc>
        <w:tc>
          <w:tcPr>
            <w:tcW w:type="dxa" w:w="6860"/>
          </w:tcPr>
          <w:p>
            <w:pPr>
              <w:spacing w:after="0"/>
            </w:pPr>
            <w:r>
              <w:rPr/>
              <w:t>[Ad Soyad] (T.C. Kimlik No: [...........])</w:t>
            </w:r>
          </w:p>
          <w:p>
            <w:pPr>
              <w:spacing w:after="160"/>
            </w:pPr>
            <w:r>
              <w:rPr/>
              <w:t>Adres: [Açık adres] · Telefon: [...........]</w:t>
            </w:r>
          </w:p>
        </w:tc>
      </w:tr>
      <w:tr>
        <w:tc>
          <w:tcPr>
            <w:tcW w:type="dxa" w:w="1928"/>
          </w:tcPr>
          <w:p>
            <w:pPr>
              <w:spacing w:after="160"/>
            </w:pPr>
            <w:r>
              <w:rPr>
                <w:b/>
              </w:rPr>
              <w:t>ŞÜPHELİ</w:t>
            </w:r>
          </w:p>
        </w:tc>
        <w:tc>
          <w:tcPr>
            <w:tcW w:type="dxa" w:w="283"/>
          </w:tcPr>
          <w:p>
            <w:pPr>
              <w:spacing w:after="160"/>
            </w:pPr>
            <w:r>
              <w:rPr>
                <w:b/>
              </w:rPr>
              <w:t>:</w:t>
            </w:r>
          </w:p>
        </w:tc>
        <w:tc>
          <w:tcPr>
            <w:tcW w:type="dxa" w:w="6860"/>
          </w:tcPr>
          <w:p>
            <w:pPr>
              <w:spacing w:after="160"/>
            </w:pPr>
            <w:r>
              <w:rPr/>
              <w:t>[Ad Soyad] (biliniyorsa T.C. Kimlik No ve adres; bilinmiyorsa "tespit edilecek kişi/kişiler")</w:t>
            </w:r>
          </w:p>
        </w:tc>
      </w:tr>
      <w:tr>
        <w:tc>
          <w:tcPr>
            <w:tcW w:type="dxa" w:w="1928"/>
          </w:tcPr>
          <w:p>
            <w:pPr>
              <w:spacing w:after="160"/>
            </w:pPr>
            <w:r>
              <w:rPr>
                <w:b/>
              </w:rPr>
              <w:t>SUÇ</w:t>
            </w:r>
          </w:p>
        </w:tc>
        <w:tc>
          <w:tcPr>
            <w:tcW w:type="dxa" w:w="283"/>
          </w:tcPr>
          <w:p>
            <w:pPr>
              <w:spacing w:after="160"/>
            </w:pPr>
            <w:r>
              <w:rPr>
                <w:b/>
              </w:rPr>
              <w:t>:</w:t>
            </w:r>
          </w:p>
        </w:tc>
        <w:tc>
          <w:tcPr>
            <w:tcW w:type="dxa" w:w="6860"/>
          </w:tcPr>
          <w:p>
            <w:pPr>
              <w:spacing w:after="160"/>
            </w:pPr>
            <w:r>
              <w:rPr/>
              <w:t>[Suçun kısa adı veya "tespit edilecek suç"]</w:t>
            </w:r>
          </w:p>
        </w:tc>
      </w:tr>
      <w:tr>
        <w:tc>
          <w:tcPr>
            <w:tcW w:type="dxa" w:w="1928"/>
          </w:tcPr>
          <w:p>
            <w:pPr>
              <w:spacing w:after="160"/>
            </w:pPr>
            <w:r>
              <w:rPr>
                <w:b/>
              </w:rPr>
              <w:t>SUÇ TARİHİ</w:t>
            </w:r>
          </w:p>
        </w:tc>
        <w:tc>
          <w:tcPr>
            <w:tcW w:type="dxa" w:w="283"/>
          </w:tcPr>
          <w:p>
            <w:pPr>
              <w:spacing w:after="160"/>
            </w:pPr>
            <w:r>
              <w:rPr>
                <w:b/>
              </w:rPr>
              <w:t>:</w:t>
            </w:r>
          </w:p>
        </w:tc>
        <w:tc>
          <w:tcPr>
            <w:tcW w:type="dxa" w:w="6860"/>
          </w:tcPr>
          <w:p>
            <w:pPr>
              <w:spacing w:after="160"/>
            </w:pPr>
            <w:r>
              <w:rPr/>
              <w:t>[GG.AA.YYYY]</w:t>
            </w:r>
          </w:p>
        </w:tc>
      </w:tr>
      <w:tr>
        <w:tc>
          <w:tcPr>
            <w:tcW w:type="dxa" w:w="1928"/>
          </w:tcPr>
          <w:p>
            <w:pPr>
              <w:spacing w:after="160"/>
            </w:pPr>
            <w:r>
              <w:rPr>
                <w:b/>
              </w:rPr>
              <w:t>KONU</w:t>
            </w:r>
          </w:p>
        </w:tc>
        <w:tc>
          <w:tcPr>
            <w:tcW w:type="dxa" w:w="283"/>
          </w:tcPr>
          <w:p>
            <w:pPr>
              <w:spacing w:after="160"/>
            </w:pPr>
            <w:r>
              <w:rPr>
                <w:b/>
              </w:rPr>
              <w:t>:</w:t>
            </w:r>
          </w:p>
        </w:tc>
        <w:tc>
          <w:tcPr>
            <w:tcW w:type="dxa" w:w="6860"/>
          </w:tcPr>
          <w:p>
            <w:pPr>
              <w:spacing w:after="160"/>
            </w:pPr>
            <w:r>
              <w:rPr/>
              <w:t>Şüpheli hakkında soruşturma yapılması ve kamu davası açılması talebidir.</w:t>
            </w:r>
          </w:p>
        </w:tc>
      </w:tr>
    </w:tbl>
    <w:p>
      <w:pPr>
        <w:spacing w:after="0"/>
      </w:pPr>
    </w:p>
    <w:p>
      <w:pPr>
        <w:keepNext/>
        <w:spacing w:before="200" w:after="80"/>
      </w:pPr>
      <w:r>
        <w:rPr>
          <w:b/>
        </w:rPr>
        <w:t>AÇIKLAMALAR:</w:t>
      </w:r>
    </w:p>
    <w:p>
      <w:pPr>
        <w:tabs>
          <w:tab w:pos="454" w:val="left"/>
        </w:tabs>
        <w:ind w:left="454" w:hanging="454"/>
        <w:jc w:val="both"/>
      </w:pPr>
      <w:r>
        <w:rPr/>
        <w:t>1.</w:t>
        <w:tab/>
        <w:t>[GG.AA.YYYY] tarihinde, saat [..:..] sıralarında, [olayın geçtiği yer]'de şüpheli [Ad Soyad] tarafından [olay ayrıntılı, tarih ve sıra düzeniyle anlatılır].</w:t>
      </w:r>
    </w:p>
    <w:p>
      <w:pPr>
        <w:tabs>
          <w:tab w:pos="454" w:val="left"/>
        </w:tabs>
        <w:ind w:left="454" w:hanging="454"/>
        <w:jc w:val="both"/>
      </w:pPr>
      <w:r>
        <w:rPr/>
        <w:t>2.</w:t>
        <w:tab/>
        <w:t>[Olayın devamı, varsa zarar: örneğin [.....] TL değerindeki eşyanın alınması, yaralanma, mesajla tehdit.] (Delil: [belge / rapor / kayıt / tanık])</w:t>
      </w:r>
    </w:p>
    <w:p>
      <w:pPr>
        <w:tabs>
          <w:tab w:pos="454" w:val="left"/>
        </w:tabs>
        <w:ind w:left="454" w:hanging="454"/>
        <w:jc w:val="both"/>
      </w:pPr>
      <w:r>
        <w:rPr/>
        <w:t>3.</w:t>
        <w:tab/>
        <w:t>Olayı fiil ve faille birlikte [GG.AA.YYYY] tarihinde öğrendim. Şikâyet süresi içindeyim.</w:t>
      </w:r>
    </w:p>
    <w:p>
      <w:pPr>
        <w:tabs>
          <w:tab w:pos="454" w:val="left"/>
        </w:tabs>
        <w:ind w:left="454" w:hanging="454"/>
        <w:jc w:val="both"/>
      </w:pPr>
      <w:r>
        <w:rPr/>
        <w:t>4.</w:t>
        <w:tab/>
        <w:t>[Olayın tanıkları: Ad Soyad, adres. Kamera kaydı: [yer]. Mesaj yazışmaları ekte sunulmuştur.]</w:t>
      </w:r>
    </w:p>
    <w:p>
      <w:pPr>
        <w:tabs>
          <w:tab w:pos="454" w:val="left"/>
        </w:tabs>
        <w:ind w:left="454" w:hanging="454"/>
        <w:jc w:val="both"/>
      </w:pPr>
      <w:r>
        <w:rPr/>
        <w:t>5.</w:t>
        <w:tab/>
        <w:t>Şüpheliden şikâyetçiyim; soruşturma yapılarak şüphelinin cezalandırılması ve [zararımın karşılanması için] kamu davası açılması gerekmektedir.</w:t>
      </w:r>
    </w:p>
    <w:p>
      <w:pPr>
        <w:keepNext/>
        <w:spacing w:before="200" w:after="80"/>
      </w:pPr>
      <w:r>
        <w:rPr>
          <w:b/>
        </w:rPr>
        <w:t>HUKUKİ SEBEPLER:</w:t>
      </w:r>
    </w:p>
    <w:p>
      <w:pPr>
        <w:jc w:val="both"/>
      </w:pPr>
      <w:r>
        <w:rPr/>
        <w:t>5271 sayılı Ceza Muhakemesi Kanunu m.158, m.160 ve ilgili mevzuat.</w:t>
      </w:r>
    </w:p>
    <w:p>
      <w:pPr>
        <w:keepNext/>
        <w:spacing w:before="200" w:after="80"/>
      </w:pPr>
      <w:r>
        <w:rPr>
          <w:b/>
        </w:rPr>
        <w:t>DELİLLER:</w:t>
      </w:r>
    </w:p>
    <w:p>
      <w:pPr>
        <w:jc w:val="both"/>
      </w:pPr>
      <w:r>
        <w:rPr/>
        <w:t>[Mesaj ve yazışma dökümleri, fotoğraflar, sağlık raporu, kamera kayıtları, banka dekontları], tanık beyanları, bilirkişi incelemesi ve her türlü yasal delil.</w:t>
      </w:r>
    </w:p>
    <w:p>
      <w:pPr>
        <w:keepNext/>
        <w:spacing w:before="200" w:after="80"/>
      </w:pPr>
      <w:r>
        <w:rPr>
          <w:b/>
        </w:rPr>
        <w:t>SONUÇ VE İSTEM:</w:t>
      </w:r>
    </w:p>
    <w:p>
      <w:pPr>
        <w:keepNext/>
        <w:jc w:val="both"/>
      </w:pPr>
      <w:r>
        <w:rPr/>
        <w:t>Yukarıda açıklanan nedenlerle; şüpheli hakkında gerekli soruşturmanın yapılmasını, delillerin toplanmasını ve kamu davası açılmasını saygıyla arz ve talep ederim. [Soruşturma sonucunun tarafıma bildirilmesini de talep ederim.]</w:t>
      </w:r>
    </w:p>
    <w:p>
      <w:pPr>
        <w:keepNext/>
        <w:spacing w:before="360" w:after="0"/>
        <w:jc w:val="right"/>
      </w:pPr>
      <w:r>
        <w:rPr/>
        <w:t>[GG.AA.YYYY]</w:t>
      </w:r>
    </w:p>
    <w:p>
      <w:pPr>
        <w:keepNext/>
        <w:spacing w:after="0"/>
        <w:jc w:val="right"/>
      </w:pPr>
      <w:r>
        <w:rPr/>
        <w:t>Şikâyetçi</w:t>
      </w:r>
    </w:p>
    <w:p>
      <w:pPr>
        <w:keepNext/>
        <w:spacing w:after="0"/>
        <w:jc w:val="right"/>
      </w:pPr>
      <w:r>
        <w:rPr/>
        <w:t>[Ad Soyad]</w:t>
      </w:r>
    </w:p>
    <w:p>
      <w:pPr>
        <w:keepNext/>
        <w:spacing w:after="0"/>
        <w:jc w:val="right"/>
      </w:pPr>
      <w:r>
        <w:rPr/>
        <w:t>[İmza]</w:t>
      </w:r>
    </w:p>
    <w:p>
      <w:pPr>
        <w:keepNext/>
        <w:spacing w:before="200" w:after="80"/>
      </w:pPr>
      <w:r>
        <w:rPr>
          <w:b/>
        </w:rPr>
        <w:t>EKLER:</w:t>
      </w:r>
    </w:p>
    <w:p>
      <w:pPr>
        <w:tabs>
          <w:tab w:pos="454" w:val="left"/>
        </w:tabs>
        <w:ind w:left="454" w:hanging="454"/>
        <w:jc w:val="both"/>
      </w:pPr>
      <w:r>
        <w:rPr/>
        <w:t>1.</w:t>
        <w:tab/>
        <w:t>Kimlik kartı fotokopisi</w:t>
      </w:r>
    </w:p>
    <w:p>
      <w:pPr>
        <w:tabs>
          <w:tab w:pos="454" w:val="left"/>
        </w:tabs>
        <w:ind w:left="454" w:hanging="454"/>
        <w:jc w:val="both"/>
      </w:pPr>
      <w:r>
        <w:rPr/>
        <w:t>2.</w:t>
        <w:tab/>
        <w:t>[Delil belgeleri: mesaj dökümleri, fotoğraflar, raporlar]</w:t>
      </w:r>
    </w:p>
    <w:p>
      <w:pPr>
        <w:tabs>
          <w:tab w:pos="454" w:val="left"/>
        </w:tabs>
        <w:ind w:left="454" w:hanging="454"/>
        <w:jc w:val="both"/>
      </w:pPr>
      <w:r>
        <w:rPr/>
        <w:t>3.</w:t>
        <w:tab/>
        <w:t>Tanık listesi</w:t>
      </w:r>
    </w:p>
    <w:sectPr w:rsidR="00FC693F" w:rsidRPr="0006063C" w:rsidSect="00034616">
      <w:footerReference w:type="default" r:id="rId9"/>
      <w:pgSz w:w="11906" w:h="16838"/>
      <w:pgMar w:top="1417" w:right="1417" w:bottom="1417" w:left="1417" w:header="720" w:footer="6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t xml:space="preserve">Sayfa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/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Times New Roman" w:hAnsi="Times New Roman" w:cs="Times New Roman" w:eastAsia="Times New Roman"/>
      <w:sz w:val="24"/>
      <w:lang w:val="tr-TR" w:eastAsia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Savcılığa şikâyet (suç duyurusu) dilekçesi örneği</dc:title>
  <dc:subject>Dilekçe örneği</dc:subject>
  <dc:creator/>
  <cp:keywords/>
  <dc:description>Örnek metindir; somut olaya göre uyarlanmalıdır.</dc:description>
  <cp:lastModifiedBy/>
  <cp:revision>1</cp:revision>
  <dcterms:created xsi:type="dcterms:W3CDTF">2026-10-15T00:00:00Z</dcterms:created>
  <dcterms:modified xsi:type="dcterms:W3CDTF">2026-10-15T00:00:00Z</dcterms:modified>
  <cp:category/>
</cp:coreProperties>
</file>